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8F6EC" w14:textId="77777777" w:rsidR="00F9610E" w:rsidRPr="00E355DC" w:rsidRDefault="004B0C06">
      <w:pPr>
        <w:spacing w:after="200"/>
        <w:jc w:val="right"/>
        <w:rPr>
          <w:lang w:val="pl-PL"/>
        </w:rPr>
      </w:pPr>
      <w:r w:rsidRPr="00E355DC">
        <w:rPr>
          <w:rFonts w:eastAsia="Arial"/>
          <w:b/>
          <w:color w:val="687782"/>
          <w:sz w:val="17"/>
          <w:lang w:val="pl-PL"/>
        </w:rPr>
        <w:t xml:space="preserve">Załącznik nr 2 do Karty aktualizacji nr 1/2026 </w:t>
      </w:r>
      <w:proofErr w:type="spellStart"/>
      <w:r w:rsidRPr="00E355DC">
        <w:rPr>
          <w:rFonts w:eastAsia="Arial"/>
          <w:b/>
          <w:color w:val="687782"/>
          <w:sz w:val="17"/>
          <w:lang w:val="pl-PL"/>
        </w:rPr>
        <w:t>IRiESD</w:t>
      </w:r>
      <w:proofErr w:type="spellEnd"/>
      <w:r w:rsidRPr="00E355DC">
        <w:rPr>
          <w:rFonts w:eastAsia="Arial"/>
          <w:b/>
          <w:color w:val="687782"/>
          <w:sz w:val="17"/>
          <w:lang w:val="pl-PL"/>
        </w:rPr>
        <w:t xml:space="preserve"> Rampton</w:t>
      </w:r>
    </w:p>
    <w:p w14:paraId="3F358C48" w14:textId="77777777" w:rsidR="00F9610E" w:rsidRPr="00E355DC" w:rsidRDefault="004B0C06">
      <w:pPr>
        <w:keepNext/>
        <w:spacing w:after="100"/>
        <w:jc w:val="center"/>
        <w:rPr>
          <w:lang w:val="pl-PL"/>
        </w:rPr>
      </w:pPr>
      <w:r w:rsidRPr="00E355DC">
        <w:rPr>
          <w:rFonts w:eastAsia="Arial"/>
          <w:b/>
          <w:color w:val="26323A"/>
          <w:sz w:val="32"/>
          <w:lang w:val="pl-PL"/>
        </w:rPr>
        <w:t>FORMULARZ ZGŁASZANIA UWAG</w:t>
      </w:r>
    </w:p>
    <w:p w14:paraId="04538A1D" w14:textId="77777777" w:rsidR="00F9610E" w:rsidRPr="00E355DC" w:rsidRDefault="004B0C06">
      <w:pPr>
        <w:keepNext/>
        <w:spacing w:after="240"/>
        <w:jc w:val="center"/>
        <w:rPr>
          <w:lang w:val="pl-PL"/>
        </w:rPr>
      </w:pPr>
      <w:r w:rsidRPr="00E355DC">
        <w:rPr>
          <w:rFonts w:eastAsia="Arial"/>
          <w:b/>
          <w:color w:val="26323A"/>
          <w:sz w:val="21"/>
          <w:lang w:val="pl-PL"/>
        </w:rPr>
        <w:t>do projektu Karty aktualizacji nr 1/2026 Instrukcji Ruchu i Eksploatacji Sieci Dystrybucyjnej Rampton sp. z o.o.</w:t>
      </w:r>
    </w:p>
    <w:tbl>
      <w:tblPr>
        <w:tblW w:w="9922" w:type="dxa"/>
        <w:tblBorders>
          <w:top w:val="single" w:sz="8" w:space="0" w:color="BFC9CE"/>
          <w:left w:val="single" w:sz="8" w:space="0" w:color="BFC9CE"/>
          <w:bottom w:val="single" w:sz="8" w:space="0" w:color="BFC9CE"/>
          <w:right w:val="single" w:sz="8" w:space="0" w:color="BFC9CE"/>
          <w:insideH w:val="single" w:sz="8" w:space="0" w:color="BFC9CE"/>
          <w:insideV w:val="single" w:sz="8" w:space="0" w:color="BFC9CE"/>
        </w:tblBorders>
        <w:tblLayout w:type="fixed"/>
        <w:tblLook w:val="04A0" w:firstRow="1" w:lastRow="0" w:firstColumn="1" w:lastColumn="0" w:noHBand="0" w:noVBand="1"/>
      </w:tblPr>
      <w:tblGrid>
        <w:gridCol w:w="2200"/>
        <w:gridCol w:w="7722"/>
      </w:tblGrid>
      <w:tr w:rsidR="00F9610E" w14:paraId="02462655" w14:textId="77777777">
        <w:trPr>
          <w:cantSplit/>
          <w:trHeight w:val="430"/>
        </w:trPr>
        <w:tc>
          <w:tcPr>
            <w:tcW w:w="9922" w:type="dxa"/>
            <w:gridSpan w:val="2"/>
            <w:shd w:val="clear" w:color="auto" w:fill="E9EDE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3E639DA" w14:textId="77777777" w:rsidR="00F9610E" w:rsidRDefault="004B0C06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color w:val="26323A"/>
                <w:sz w:val="21"/>
              </w:rPr>
              <w:t>DANE ZGŁASZAJĄCEGO UWAGI</w:t>
            </w:r>
          </w:p>
        </w:tc>
      </w:tr>
      <w:tr w:rsidR="00F9610E" w14:paraId="1CE81774" w14:textId="77777777">
        <w:trPr>
          <w:cantSplit/>
          <w:trHeight w:val="560"/>
        </w:trPr>
        <w:tc>
          <w:tcPr>
            <w:tcW w:w="220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8393EF4" w14:textId="77777777" w:rsidR="00F9610E" w:rsidRDefault="004B0C06">
            <w:pPr>
              <w:spacing w:after="0" w:line="240" w:lineRule="auto"/>
              <w:jc w:val="left"/>
            </w:pPr>
            <w:r>
              <w:rPr>
                <w:rFonts w:eastAsia="Arial"/>
                <w:b/>
                <w:color w:val="26323A"/>
                <w:sz w:val="19"/>
              </w:rPr>
              <w:t>Nazwa podmiotu:</w:t>
            </w:r>
          </w:p>
        </w:tc>
        <w:tc>
          <w:tcPr>
            <w:tcW w:w="772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730F9B3" w14:textId="77777777" w:rsidR="00F9610E" w:rsidRDefault="00F9610E">
            <w:pPr>
              <w:spacing w:after="0" w:line="240" w:lineRule="auto"/>
              <w:jc w:val="left"/>
            </w:pPr>
          </w:p>
        </w:tc>
      </w:tr>
      <w:tr w:rsidR="00F9610E" w14:paraId="48B5C8C0" w14:textId="77777777">
        <w:trPr>
          <w:cantSplit/>
          <w:trHeight w:val="560"/>
        </w:trPr>
        <w:tc>
          <w:tcPr>
            <w:tcW w:w="220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ED8854D" w14:textId="77777777" w:rsidR="00F9610E" w:rsidRDefault="004B0C06">
            <w:pPr>
              <w:spacing w:after="0" w:line="240" w:lineRule="auto"/>
              <w:jc w:val="left"/>
            </w:pPr>
            <w:r>
              <w:rPr>
                <w:rFonts w:eastAsia="Arial"/>
                <w:b/>
                <w:color w:val="26323A"/>
                <w:sz w:val="19"/>
              </w:rPr>
              <w:t>Dane teleadresowe:</w:t>
            </w:r>
          </w:p>
        </w:tc>
        <w:tc>
          <w:tcPr>
            <w:tcW w:w="772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37E8B61" w14:textId="77777777" w:rsidR="00F9610E" w:rsidRDefault="00F9610E">
            <w:pPr>
              <w:spacing w:after="0" w:line="240" w:lineRule="auto"/>
              <w:jc w:val="left"/>
            </w:pPr>
          </w:p>
        </w:tc>
      </w:tr>
    </w:tbl>
    <w:p w14:paraId="00E356A7" w14:textId="77777777" w:rsidR="00F9610E" w:rsidRDefault="004B0C06">
      <w:pPr>
        <w:spacing w:after="0" w:line="240" w:lineRule="auto"/>
      </w:pPr>
      <w:r>
        <w:rPr>
          <w:rFonts w:eastAsia="Arial"/>
          <w:sz w:val="10"/>
        </w:rPr>
        <w:t xml:space="preserve"> </w:t>
      </w:r>
    </w:p>
    <w:tbl>
      <w:tblPr>
        <w:tblW w:w="9922" w:type="dxa"/>
        <w:tblBorders>
          <w:top w:val="single" w:sz="8" w:space="0" w:color="BFC9CE"/>
          <w:left w:val="single" w:sz="8" w:space="0" w:color="BFC9CE"/>
          <w:bottom w:val="single" w:sz="8" w:space="0" w:color="BFC9CE"/>
          <w:right w:val="single" w:sz="8" w:space="0" w:color="BFC9CE"/>
          <w:insideH w:val="single" w:sz="8" w:space="0" w:color="BFC9CE"/>
          <w:insideV w:val="single" w:sz="8" w:space="0" w:color="BFC9CE"/>
        </w:tblBorders>
        <w:tblLayout w:type="fixed"/>
        <w:tblLook w:val="04A0" w:firstRow="1" w:lastRow="0" w:firstColumn="1" w:lastColumn="0" w:noHBand="0" w:noVBand="1"/>
      </w:tblPr>
      <w:tblGrid>
        <w:gridCol w:w="650"/>
        <w:gridCol w:w="9272"/>
      </w:tblGrid>
      <w:tr w:rsidR="00F9610E" w14:paraId="46146175" w14:textId="77777777">
        <w:trPr>
          <w:cantSplit/>
          <w:trHeight w:val="430"/>
        </w:trPr>
        <w:tc>
          <w:tcPr>
            <w:tcW w:w="9922" w:type="dxa"/>
            <w:gridSpan w:val="2"/>
            <w:shd w:val="clear" w:color="auto" w:fill="E9EDE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C800389" w14:textId="77777777" w:rsidR="00F9610E" w:rsidRDefault="004B0C06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color w:val="26323A"/>
                <w:sz w:val="21"/>
              </w:rPr>
              <w:t>UWAGI OGÓLNE</w:t>
            </w:r>
          </w:p>
        </w:tc>
      </w:tr>
      <w:tr w:rsidR="00F9610E" w:rsidRPr="00224379" w14:paraId="0F7E9626" w14:textId="77777777">
        <w:trPr>
          <w:cantSplit/>
          <w:trHeight w:val="430"/>
          <w:tblHeader/>
        </w:trPr>
        <w:tc>
          <w:tcPr>
            <w:tcW w:w="650" w:type="dxa"/>
            <w:shd w:val="clear" w:color="auto" w:fill="F5F7F8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6EB9DCF" w14:textId="77777777" w:rsidR="00F9610E" w:rsidRDefault="004B0C06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color w:val="26323A"/>
                <w:sz w:val="19"/>
              </w:rPr>
              <w:t>Lp.</w:t>
            </w:r>
          </w:p>
        </w:tc>
        <w:tc>
          <w:tcPr>
            <w:tcW w:w="9272" w:type="dxa"/>
            <w:shd w:val="clear" w:color="auto" w:fill="F5F7F8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811D754" w14:textId="77777777" w:rsidR="00F9610E" w:rsidRPr="00E355DC" w:rsidRDefault="004B0C06">
            <w:pPr>
              <w:spacing w:after="0" w:line="240" w:lineRule="auto"/>
              <w:jc w:val="center"/>
              <w:rPr>
                <w:lang w:val="pl-PL"/>
              </w:rPr>
            </w:pPr>
            <w:r w:rsidRPr="00E355DC">
              <w:rPr>
                <w:rFonts w:eastAsia="Arial"/>
                <w:b/>
                <w:color w:val="26323A"/>
                <w:sz w:val="19"/>
                <w:lang w:val="pl-PL"/>
              </w:rPr>
              <w:t xml:space="preserve">Treść uwagi do projektu Karty aktualizacji lub projektu </w:t>
            </w:r>
            <w:proofErr w:type="spellStart"/>
            <w:r w:rsidRPr="00E355DC">
              <w:rPr>
                <w:rFonts w:eastAsia="Arial"/>
                <w:b/>
                <w:color w:val="26323A"/>
                <w:sz w:val="19"/>
                <w:lang w:val="pl-PL"/>
              </w:rPr>
              <w:t>IRiESD</w:t>
            </w:r>
            <w:proofErr w:type="spellEnd"/>
            <w:r w:rsidRPr="00E355DC">
              <w:rPr>
                <w:rFonts w:eastAsia="Arial"/>
                <w:b/>
                <w:color w:val="26323A"/>
                <w:sz w:val="19"/>
                <w:lang w:val="pl-PL"/>
              </w:rPr>
              <w:t xml:space="preserve"> wraz z uzasadnieniem</w:t>
            </w:r>
          </w:p>
        </w:tc>
      </w:tr>
      <w:tr w:rsidR="00F9610E" w14:paraId="7B732993" w14:textId="77777777">
        <w:trPr>
          <w:cantSplit/>
          <w:trHeight w:val="440"/>
        </w:trPr>
        <w:tc>
          <w:tcPr>
            <w:tcW w:w="65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652E11D" w14:textId="77777777" w:rsidR="00F9610E" w:rsidRDefault="004B0C06">
            <w:pPr>
              <w:spacing w:after="0" w:line="240" w:lineRule="auto"/>
              <w:jc w:val="center"/>
            </w:pPr>
            <w:r>
              <w:rPr>
                <w:rFonts w:eastAsia="Arial"/>
                <w:color w:val="26323A"/>
                <w:sz w:val="19"/>
              </w:rPr>
              <w:t>1.</w:t>
            </w:r>
          </w:p>
        </w:tc>
        <w:tc>
          <w:tcPr>
            <w:tcW w:w="927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492B694" w14:textId="77777777" w:rsidR="00F9610E" w:rsidRDefault="00F9610E">
            <w:pPr>
              <w:spacing w:after="0" w:line="240" w:lineRule="auto"/>
              <w:jc w:val="left"/>
            </w:pPr>
          </w:p>
        </w:tc>
      </w:tr>
      <w:tr w:rsidR="00F9610E" w14:paraId="265E8A3F" w14:textId="77777777">
        <w:trPr>
          <w:cantSplit/>
          <w:trHeight w:val="440"/>
        </w:trPr>
        <w:tc>
          <w:tcPr>
            <w:tcW w:w="65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C0ED621" w14:textId="77777777" w:rsidR="00F9610E" w:rsidRDefault="004B0C06">
            <w:pPr>
              <w:spacing w:after="0" w:line="240" w:lineRule="auto"/>
              <w:jc w:val="center"/>
            </w:pPr>
            <w:r>
              <w:rPr>
                <w:rFonts w:eastAsia="Arial"/>
                <w:color w:val="26323A"/>
                <w:sz w:val="19"/>
              </w:rPr>
              <w:t>2.</w:t>
            </w:r>
          </w:p>
        </w:tc>
        <w:tc>
          <w:tcPr>
            <w:tcW w:w="927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0396EDB" w14:textId="77777777" w:rsidR="00F9610E" w:rsidRDefault="00F9610E">
            <w:pPr>
              <w:spacing w:after="0" w:line="240" w:lineRule="auto"/>
              <w:jc w:val="left"/>
            </w:pPr>
          </w:p>
        </w:tc>
      </w:tr>
      <w:tr w:rsidR="00F9610E" w14:paraId="581343F0" w14:textId="77777777">
        <w:trPr>
          <w:cantSplit/>
          <w:trHeight w:val="440"/>
        </w:trPr>
        <w:tc>
          <w:tcPr>
            <w:tcW w:w="65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3EA5FB1" w14:textId="77777777" w:rsidR="00F9610E" w:rsidRDefault="004B0C06">
            <w:pPr>
              <w:spacing w:after="0" w:line="240" w:lineRule="auto"/>
              <w:jc w:val="center"/>
            </w:pPr>
            <w:r>
              <w:rPr>
                <w:rFonts w:eastAsia="Arial"/>
                <w:color w:val="26323A"/>
                <w:sz w:val="19"/>
              </w:rPr>
              <w:t>…</w:t>
            </w:r>
          </w:p>
        </w:tc>
        <w:tc>
          <w:tcPr>
            <w:tcW w:w="927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165C3BF" w14:textId="77777777" w:rsidR="00F9610E" w:rsidRDefault="00F9610E">
            <w:pPr>
              <w:spacing w:after="0" w:line="240" w:lineRule="auto"/>
              <w:jc w:val="left"/>
            </w:pPr>
          </w:p>
        </w:tc>
      </w:tr>
    </w:tbl>
    <w:p w14:paraId="762227F3" w14:textId="77777777" w:rsidR="00F9610E" w:rsidRDefault="004B0C06">
      <w:pPr>
        <w:spacing w:after="0" w:line="240" w:lineRule="auto"/>
      </w:pPr>
      <w:r>
        <w:rPr>
          <w:rFonts w:eastAsia="Arial"/>
          <w:sz w:val="10"/>
        </w:rPr>
        <w:t xml:space="preserve"> </w:t>
      </w:r>
    </w:p>
    <w:tbl>
      <w:tblPr>
        <w:tblW w:w="9922" w:type="dxa"/>
        <w:tblBorders>
          <w:top w:val="single" w:sz="8" w:space="0" w:color="BFC9CE"/>
          <w:left w:val="single" w:sz="8" w:space="0" w:color="BFC9CE"/>
          <w:bottom w:val="single" w:sz="8" w:space="0" w:color="BFC9CE"/>
          <w:right w:val="single" w:sz="8" w:space="0" w:color="BFC9CE"/>
          <w:insideH w:val="single" w:sz="8" w:space="0" w:color="BFC9CE"/>
          <w:insideV w:val="single" w:sz="8" w:space="0" w:color="BFC9CE"/>
        </w:tblBorders>
        <w:tblLayout w:type="fixed"/>
        <w:tblLook w:val="04A0" w:firstRow="1" w:lastRow="0" w:firstColumn="1" w:lastColumn="0" w:noHBand="0" w:noVBand="1"/>
      </w:tblPr>
      <w:tblGrid>
        <w:gridCol w:w="650"/>
        <w:gridCol w:w="2250"/>
        <w:gridCol w:w="7022"/>
      </w:tblGrid>
      <w:tr w:rsidR="00F9610E" w14:paraId="6025BB8D" w14:textId="77777777">
        <w:trPr>
          <w:cantSplit/>
          <w:trHeight w:val="430"/>
        </w:trPr>
        <w:tc>
          <w:tcPr>
            <w:tcW w:w="9922" w:type="dxa"/>
            <w:gridSpan w:val="3"/>
            <w:shd w:val="clear" w:color="auto" w:fill="E9EDE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7638659" w14:textId="77777777" w:rsidR="00F9610E" w:rsidRDefault="004B0C06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color w:val="26323A"/>
                <w:sz w:val="21"/>
              </w:rPr>
              <w:t>UWAGI SZCZEGÓŁOWE</w:t>
            </w:r>
          </w:p>
        </w:tc>
      </w:tr>
      <w:tr w:rsidR="00F9610E" w:rsidRPr="00224379" w14:paraId="60DDB824" w14:textId="77777777">
        <w:trPr>
          <w:cantSplit/>
          <w:trHeight w:val="520"/>
          <w:tblHeader/>
        </w:trPr>
        <w:tc>
          <w:tcPr>
            <w:tcW w:w="650" w:type="dxa"/>
            <w:shd w:val="clear" w:color="auto" w:fill="F5F7F8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2990B68" w14:textId="77777777" w:rsidR="00F9610E" w:rsidRDefault="004B0C06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color w:val="26323A"/>
                <w:sz w:val="18"/>
              </w:rPr>
              <w:t>Lp.</w:t>
            </w:r>
          </w:p>
        </w:tc>
        <w:tc>
          <w:tcPr>
            <w:tcW w:w="2250" w:type="dxa"/>
            <w:shd w:val="clear" w:color="auto" w:fill="F5F7F8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4575FEF" w14:textId="77777777" w:rsidR="00F9610E" w:rsidRPr="00E355DC" w:rsidRDefault="004B0C06">
            <w:pPr>
              <w:spacing w:after="0" w:line="240" w:lineRule="auto"/>
              <w:jc w:val="center"/>
              <w:rPr>
                <w:lang w:val="pl-PL"/>
              </w:rPr>
            </w:pPr>
            <w:r w:rsidRPr="00E355DC">
              <w:rPr>
                <w:rFonts w:eastAsia="Arial"/>
                <w:b/>
                <w:color w:val="26323A"/>
                <w:sz w:val="18"/>
                <w:lang w:val="pl-PL"/>
              </w:rPr>
              <w:t>Miejsce uwagi</w:t>
            </w:r>
            <w:r w:rsidRPr="00E355DC">
              <w:rPr>
                <w:rFonts w:eastAsia="Arial"/>
                <w:b/>
                <w:color w:val="26323A"/>
                <w:sz w:val="18"/>
                <w:lang w:val="pl-PL"/>
              </w:rPr>
              <w:br/>
              <w:t>(dokument, punkt lub załącznik)</w:t>
            </w:r>
          </w:p>
        </w:tc>
        <w:tc>
          <w:tcPr>
            <w:tcW w:w="7022" w:type="dxa"/>
            <w:shd w:val="clear" w:color="auto" w:fill="F5F7F8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70834C9" w14:textId="77777777" w:rsidR="00F9610E" w:rsidRPr="00E355DC" w:rsidRDefault="004B0C06">
            <w:pPr>
              <w:spacing w:after="0" w:line="240" w:lineRule="auto"/>
              <w:jc w:val="center"/>
              <w:rPr>
                <w:lang w:val="pl-PL"/>
              </w:rPr>
            </w:pPr>
            <w:r w:rsidRPr="00E355DC">
              <w:rPr>
                <w:rFonts w:eastAsia="Arial"/>
                <w:b/>
                <w:color w:val="26323A"/>
                <w:sz w:val="18"/>
                <w:lang w:val="pl-PL"/>
              </w:rPr>
              <w:t>Treść uwagi wraz z uzasadnieniem i proponowanym brzmieniem</w:t>
            </w:r>
          </w:p>
        </w:tc>
      </w:tr>
      <w:tr w:rsidR="00F9610E" w14:paraId="72F5E77F" w14:textId="77777777">
        <w:trPr>
          <w:cantSplit/>
          <w:trHeight w:val="480"/>
        </w:trPr>
        <w:tc>
          <w:tcPr>
            <w:tcW w:w="65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4EE34F7" w14:textId="77777777" w:rsidR="00F9610E" w:rsidRDefault="004B0C06">
            <w:pPr>
              <w:spacing w:after="0" w:line="240" w:lineRule="auto"/>
              <w:jc w:val="center"/>
            </w:pPr>
            <w:r>
              <w:rPr>
                <w:rFonts w:eastAsia="Arial"/>
                <w:color w:val="26323A"/>
                <w:sz w:val="18"/>
              </w:rPr>
              <w:t>1.</w:t>
            </w:r>
          </w:p>
        </w:tc>
        <w:tc>
          <w:tcPr>
            <w:tcW w:w="225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172B32F" w14:textId="77777777" w:rsidR="00F9610E" w:rsidRDefault="00F9610E">
            <w:pPr>
              <w:spacing w:after="0" w:line="240" w:lineRule="auto"/>
              <w:jc w:val="left"/>
            </w:pPr>
          </w:p>
        </w:tc>
        <w:tc>
          <w:tcPr>
            <w:tcW w:w="702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850E88B" w14:textId="77777777" w:rsidR="00F9610E" w:rsidRDefault="00F9610E">
            <w:pPr>
              <w:spacing w:after="0" w:line="240" w:lineRule="auto"/>
              <w:jc w:val="left"/>
            </w:pPr>
          </w:p>
        </w:tc>
      </w:tr>
      <w:tr w:rsidR="00F9610E" w14:paraId="569871D9" w14:textId="77777777">
        <w:trPr>
          <w:cantSplit/>
          <w:trHeight w:val="480"/>
        </w:trPr>
        <w:tc>
          <w:tcPr>
            <w:tcW w:w="65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EBEEC85" w14:textId="77777777" w:rsidR="00F9610E" w:rsidRDefault="004B0C06">
            <w:pPr>
              <w:spacing w:after="0" w:line="240" w:lineRule="auto"/>
              <w:jc w:val="center"/>
            </w:pPr>
            <w:r>
              <w:rPr>
                <w:rFonts w:eastAsia="Arial"/>
                <w:color w:val="26323A"/>
                <w:sz w:val="18"/>
              </w:rPr>
              <w:t>2.</w:t>
            </w:r>
          </w:p>
        </w:tc>
        <w:tc>
          <w:tcPr>
            <w:tcW w:w="225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D848E0B" w14:textId="77777777" w:rsidR="00F9610E" w:rsidRDefault="00F9610E">
            <w:pPr>
              <w:spacing w:after="0" w:line="240" w:lineRule="auto"/>
              <w:jc w:val="left"/>
            </w:pPr>
          </w:p>
        </w:tc>
        <w:tc>
          <w:tcPr>
            <w:tcW w:w="702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14A3322" w14:textId="77777777" w:rsidR="00F9610E" w:rsidRDefault="00F9610E">
            <w:pPr>
              <w:spacing w:after="0" w:line="240" w:lineRule="auto"/>
              <w:jc w:val="left"/>
            </w:pPr>
          </w:p>
        </w:tc>
      </w:tr>
      <w:tr w:rsidR="00F9610E" w14:paraId="789F8489" w14:textId="77777777">
        <w:trPr>
          <w:cantSplit/>
          <w:trHeight w:val="480"/>
        </w:trPr>
        <w:tc>
          <w:tcPr>
            <w:tcW w:w="65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1546B26" w14:textId="77777777" w:rsidR="00F9610E" w:rsidRDefault="004B0C06">
            <w:pPr>
              <w:spacing w:after="0" w:line="240" w:lineRule="auto"/>
              <w:jc w:val="center"/>
            </w:pPr>
            <w:r>
              <w:rPr>
                <w:rFonts w:eastAsia="Arial"/>
                <w:color w:val="26323A"/>
                <w:sz w:val="18"/>
              </w:rPr>
              <w:t>…</w:t>
            </w:r>
          </w:p>
        </w:tc>
        <w:tc>
          <w:tcPr>
            <w:tcW w:w="225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E9F5811" w14:textId="77777777" w:rsidR="00F9610E" w:rsidRDefault="00F9610E">
            <w:pPr>
              <w:spacing w:after="0" w:line="240" w:lineRule="auto"/>
              <w:jc w:val="left"/>
            </w:pPr>
          </w:p>
        </w:tc>
        <w:tc>
          <w:tcPr>
            <w:tcW w:w="702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2022DB0" w14:textId="77777777" w:rsidR="00F9610E" w:rsidRDefault="00F9610E">
            <w:pPr>
              <w:spacing w:after="0" w:line="240" w:lineRule="auto"/>
              <w:jc w:val="left"/>
            </w:pPr>
          </w:p>
        </w:tc>
      </w:tr>
    </w:tbl>
    <w:p w14:paraId="1AAC868A" w14:textId="77777777" w:rsidR="00F9610E" w:rsidRPr="00E355DC" w:rsidRDefault="004B0C06">
      <w:pPr>
        <w:spacing w:before="140" w:after="60" w:line="240" w:lineRule="auto"/>
        <w:rPr>
          <w:lang w:val="pl-PL"/>
        </w:rPr>
      </w:pPr>
      <w:r w:rsidRPr="00E355DC">
        <w:rPr>
          <w:rFonts w:eastAsia="Arial"/>
          <w:b/>
          <w:color w:val="0F6D66"/>
          <w:sz w:val="17"/>
          <w:lang w:val="pl-PL"/>
        </w:rPr>
        <w:t xml:space="preserve">Sposób wypełnienia: </w:t>
      </w:r>
      <w:r w:rsidRPr="00E355DC">
        <w:rPr>
          <w:rFonts w:eastAsia="Arial"/>
          <w:color w:val="26323A"/>
          <w:sz w:val="17"/>
          <w:lang w:val="pl-PL"/>
        </w:rPr>
        <w:t xml:space="preserve">każdą uwagę należy wpisać w oddzielnym wierszu. Dla Karty należy wskazać np. „pkt 4.2”, dla </w:t>
      </w:r>
      <w:proofErr w:type="spellStart"/>
      <w:r w:rsidRPr="00E355DC">
        <w:rPr>
          <w:rFonts w:eastAsia="Arial"/>
          <w:color w:val="26323A"/>
          <w:sz w:val="17"/>
          <w:lang w:val="pl-PL"/>
        </w:rPr>
        <w:t>IRiESD</w:t>
      </w:r>
      <w:proofErr w:type="spellEnd"/>
      <w:r w:rsidRPr="00E355DC">
        <w:rPr>
          <w:rFonts w:eastAsia="Arial"/>
          <w:color w:val="26323A"/>
          <w:sz w:val="17"/>
          <w:lang w:val="pl-PL"/>
        </w:rPr>
        <w:t xml:space="preserve"> – np. „pkt 8.9.4”, a dla jej załącznika – np. „załącznik nr 2, pkt 3.1”. W razie potrzeby można dodać kolejne wiersze.</w:t>
      </w:r>
    </w:p>
    <w:p w14:paraId="67B21EE4" w14:textId="7612F76C" w:rsidR="00F9610E" w:rsidRPr="00E355DC" w:rsidRDefault="004B0C06">
      <w:pPr>
        <w:spacing w:before="20" w:after="0" w:line="240" w:lineRule="auto"/>
        <w:rPr>
          <w:lang w:val="pl-PL"/>
        </w:rPr>
      </w:pPr>
      <w:r w:rsidRPr="00E355DC">
        <w:rPr>
          <w:rFonts w:eastAsia="Arial"/>
          <w:b/>
          <w:color w:val="0F6D66"/>
          <w:sz w:val="17"/>
          <w:lang w:val="pl-PL"/>
        </w:rPr>
        <w:t xml:space="preserve">Przekazanie formularza: </w:t>
      </w:r>
      <w:r w:rsidRPr="00E355DC">
        <w:rPr>
          <w:rFonts w:eastAsia="Arial"/>
          <w:color w:val="26323A"/>
          <w:sz w:val="17"/>
          <w:lang w:val="pl-PL"/>
        </w:rPr>
        <w:t>wypełniony formularz należy przesłać na adres poczty elektronicznej i w terminie wskazanych w komunikacie o rozpoczęciu konsultacji.</w:t>
      </w:r>
    </w:p>
    <w:sectPr w:rsidR="00F9610E" w:rsidRPr="00E355DC" w:rsidSect="009312BA">
      <w:footerReference w:type="default" r:id="rId11"/>
      <w:pgSz w:w="11906" w:h="16838"/>
      <w:pgMar w:top="652" w:right="992" w:bottom="1134" w:left="992" w:header="255" w:footer="3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62E0F" w14:textId="77777777" w:rsidR="00CE4C59" w:rsidRDefault="00CE4C59">
      <w:pPr>
        <w:spacing w:after="0" w:line="240" w:lineRule="auto"/>
      </w:pPr>
      <w:r>
        <w:separator/>
      </w:r>
    </w:p>
  </w:endnote>
  <w:endnote w:type="continuationSeparator" w:id="0">
    <w:p w14:paraId="3FA3378C" w14:textId="77777777" w:rsidR="00CE4C59" w:rsidRDefault="00CE4C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4961"/>
      <w:gridCol w:w="4961"/>
    </w:tblGrid>
    <w:tr w:rsidR="009C7CC6" w14:paraId="47646C60" w14:textId="77777777">
      <w:trPr>
        <w:jc w:val="center"/>
      </w:trPr>
      <w:tc>
        <w:tcPr>
          <w:tcW w:w="4961" w:type="dxa"/>
          <w:tcBorders>
            <w:top w:val="single" w:sz="6" w:space="0" w:color="D7DDE0"/>
            <w:left w:val="nil"/>
            <w:bottom w:val="nil"/>
            <w:right w:val="nil"/>
          </w:tcBorders>
          <w:tcMar>
            <w:top w:w="30" w:type="dxa"/>
            <w:left w:w="0" w:type="dxa"/>
            <w:bottom w:w="0" w:type="dxa"/>
            <w:right w:w="0" w:type="dxa"/>
          </w:tcMar>
        </w:tcPr>
        <w:p w14:paraId="1AEE0110" w14:textId="77777777" w:rsidR="009C7CC6" w:rsidRDefault="00130AEF">
          <w:pPr>
            <w:jc w:val="left"/>
          </w:pPr>
          <w:r w:rsidRPr="008343E1">
            <w:rPr>
              <w:rFonts w:eastAsia="Arial"/>
              <w:color w:val="66727C"/>
              <w:sz w:val="16"/>
              <w:lang w:val="pl-PL"/>
            </w:rPr>
            <w:t xml:space="preserve">Rampton sp. z o.o.  </w:t>
          </w:r>
          <w:proofErr w:type="gramStart"/>
          <w:r>
            <w:rPr>
              <w:rFonts w:eastAsia="Arial"/>
              <w:color w:val="66727C"/>
              <w:sz w:val="16"/>
            </w:rPr>
            <w:t xml:space="preserve">|  </w:t>
          </w:r>
          <w:proofErr w:type="spellStart"/>
          <w:r>
            <w:rPr>
              <w:rFonts w:eastAsia="Arial"/>
              <w:color w:val="66727C"/>
              <w:sz w:val="16"/>
            </w:rPr>
            <w:t>projekt</w:t>
          </w:r>
          <w:proofErr w:type="spellEnd"/>
          <w:proofErr w:type="gramEnd"/>
          <w:r>
            <w:rPr>
              <w:rFonts w:eastAsia="Arial"/>
              <w:color w:val="66727C"/>
              <w:sz w:val="16"/>
            </w:rPr>
            <w:t xml:space="preserve"> do </w:t>
          </w:r>
          <w:proofErr w:type="spellStart"/>
          <w:r>
            <w:rPr>
              <w:rFonts w:eastAsia="Arial"/>
              <w:color w:val="66727C"/>
              <w:sz w:val="16"/>
            </w:rPr>
            <w:t>konsultacji</w:t>
          </w:r>
          <w:proofErr w:type="spellEnd"/>
        </w:p>
      </w:tc>
      <w:tc>
        <w:tcPr>
          <w:tcW w:w="4961" w:type="dxa"/>
          <w:tcBorders>
            <w:top w:val="single" w:sz="6" w:space="0" w:color="D7DDE0"/>
            <w:left w:val="nil"/>
            <w:bottom w:val="nil"/>
            <w:right w:val="nil"/>
          </w:tcBorders>
          <w:tcMar>
            <w:top w:w="30" w:type="dxa"/>
            <w:left w:w="0" w:type="dxa"/>
            <w:bottom w:w="0" w:type="dxa"/>
            <w:right w:w="0" w:type="dxa"/>
          </w:tcMar>
        </w:tcPr>
        <w:p w14:paraId="37AB72EB" w14:textId="23C0586A" w:rsidR="009C7CC6" w:rsidRDefault="00130AEF">
          <w:pPr>
            <w:jc w:val="right"/>
          </w:pPr>
          <w:r>
            <w:rPr>
              <w:rFonts w:eastAsia="Arial"/>
              <w:color w:val="66727C"/>
              <w:sz w:val="16"/>
            </w:rPr>
            <w:t xml:space="preserve">Strona </w:t>
          </w:r>
          <w:r>
            <w:rPr>
              <w:rFonts w:eastAsia="Arial"/>
              <w:color w:val="66727C"/>
              <w:sz w:val="16"/>
            </w:rPr>
            <w:fldChar w:fldCharType="begin"/>
          </w:r>
          <w:r>
            <w:rPr>
              <w:rFonts w:eastAsia="Arial"/>
              <w:color w:val="66727C"/>
              <w:sz w:val="16"/>
            </w:rPr>
            <w:instrText xml:space="preserve"> PAGE </w:instrText>
          </w:r>
          <w:r>
            <w:rPr>
              <w:rFonts w:eastAsia="Arial"/>
              <w:color w:val="66727C"/>
              <w:sz w:val="16"/>
            </w:rPr>
            <w:fldChar w:fldCharType="separate"/>
          </w:r>
          <w:r w:rsidR="008343E1">
            <w:rPr>
              <w:rFonts w:eastAsia="Arial"/>
              <w:noProof/>
              <w:color w:val="66727C"/>
              <w:sz w:val="16"/>
            </w:rPr>
            <w:t>1</w:t>
          </w:r>
          <w:r>
            <w:rPr>
              <w:rFonts w:eastAsia="Arial"/>
              <w:color w:val="66727C"/>
              <w:sz w:val="16"/>
            </w:rPr>
            <w:fldChar w:fldCharType="end"/>
          </w:r>
        </w:p>
      </w:tc>
    </w:tr>
  </w:tbl>
  <w:p w14:paraId="729E71E5" w14:textId="77777777" w:rsidR="009C7CC6" w:rsidRDefault="009C7CC6">
    <w:pPr>
      <w:spacing w:after="0" w:line="2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942DC" w14:textId="77777777" w:rsidR="00CE4C59" w:rsidRDefault="00CE4C59">
      <w:pPr>
        <w:spacing w:after="0" w:line="240" w:lineRule="auto"/>
      </w:pPr>
      <w:r>
        <w:separator/>
      </w:r>
    </w:p>
  </w:footnote>
  <w:footnote w:type="continuationSeparator" w:id="0">
    <w:p w14:paraId="46574B1F" w14:textId="77777777" w:rsidR="00CE4C59" w:rsidRDefault="00CE4C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70998636">
    <w:abstractNumId w:val="8"/>
  </w:num>
  <w:num w:numId="2" w16cid:durableId="1436173866">
    <w:abstractNumId w:val="6"/>
  </w:num>
  <w:num w:numId="3" w16cid:durableId="102769959">
    <w:abstractNumId w:val="5"/>
  </w:num>
  <w:num w:numId="4" w16cid:durableId="1522891044">
    <w:abstractNumId w:val="4"/>
  </w:num>
  <w:num w:numId="5" w16cid:durableId="868641106">
    <w:abstractNumId w:val="7"/>
  </w:num>
  <w:num w:numId="6" w16cid:durableId="1075980423">
    <w:abstractNumId w:val="3"/>
  </w:num>
  <w:num w:numId="7" w16cid:durableId="874930306">
    <w:abstractNumId w:val="2"/>
  </w:num>
  <w:num w:numId="8" w16cid:durableId="1304197564">
    <w:abstractNumId w:val="1"/>
  </w:num>
  <w:num w:numId="9" w16cid:durableId="5121869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1405"/>
    <w:rsid w:val="0006063C"/>
    <w:rsid w:val="000D623D"/>
    <w:rsid w:val="000F1F5A"/>
    <w:rsid w:val="00130AEF"/>
    <w:rsid w:val="0013302C"/>
    <w:rsid w:val="0015074B"/>
    <w:rsid w:val="001A2920"/>
    <w:rsid w:val="001B1421"/>
    <w:rsid w:val="00224379"/>
    <w:rsid w:val="0029639D"/>
    <w:rsid w:val="002C35AE"/>
    <w:rsid w:val="00326F90"/>
    <w:rsid w:val="00473396"/>
    <w:rsid w:val="00473E72"/>
    <w:rsid w:val="004B0C06"/>
    <w:rsid w:val="004B61AD"/>
    <w:rsid w:val="00587C95"/>
    <w:rsid w:val="00592727"/>
    <w:rsid w:val="005B1B87"/>
    <w:rsid w:val="005F53E0"/>
    <w:rsid w:val="00606457"/>
    <w:rsid w:val="006B05CD"/>
    <w:rsid w:val="00705485"/>
    <w:rsid w:val="00725ACB"/>
    <w:rsid w:val="0074009F"/>
    <w:rsid w:val="007E3681"/>
    <w:rsid w:val="008343E1"/>
    <w:rsid w:val="00837E2D"/>
    <w:rsid w:val="00890C4B"/>
    <w:rsid w:val="008D3A96"/>
    <w:rsid w:val="009312BA"/>
    <w:rsid w:val="00954BA8"/>
    <w:rsid w:val="009C7CC6"/>
    <w:rsid w:val="009D3476"/>
    <w:rsid w:val="00A5045D"/>
    <w:rsid w:val="00AA197D"/>
    <w:rsid w:val="00AA1D8D"/>
    <w:rsid w:val="00AA2546"/>
    <w:rsid w:val="00B022D4"/>
    <w:rsid w:val="00B30B20"/>
    <w:rsid w:val="00B47730"/>
    <w:rsid w:val="00B61BE0"/>
    <w:rsid w:val="00CA0D68"/>
    <w:rsid w:val="00CB0664"/>
    <w:rsid w:val="00CE22BD"/>
    <w:rsid w:val="00CE4C59"/>
    <w:rsid w:val="00D22F14"/>
    <w:rsid w:val="00D8670D"/>
    <w:rsid w:val="00D9392E"/>
    <w:rsid w:val="00D97B3F"/>
    <w:rsid w:val="00DC2ABE"/>
    <w:rsid w:val="00E161C1"/>
    <w:rsid w:val="00E355DC"/>
    <w:rsid w:val="00F71A87"/>
    <w:rsid w:val="00F9610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F957A6B4-02AC-4D5A-8E92-CF4EF3264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59" w:lineRule="auto"/>
      <w:jc w:val="both"/>
    </w:pPr>
    <w:rPr>
      <w:rFonts w:ascii="Arial" w:hAnsi="Arial"/>
      <w:color w:val="24303A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1DBAC7DBDA3BE48B4A4493C778910F3" ma:contentTypeVersion="10" ma:contentTypeDescription="Utwórz nowy dokument." ma:contentTypeScope="" ma:versionID="b1fe78ea7ca6e4e0c1c00615ec5e70b9">
  <xsd:schema xmlns:xsd="http://www.w3.org/2001/XMLSchema" xmlns:xs="http://www.w3.org/2001/XMLSchema" xmlns:p="http://schemas.microsoft.com/office/2006/metadata/properties" xmlns:ns2="99e79d97-eb42-4dee-b055-4627768cdc68" xmlns:ns3="17da397c-0260-456f-887a-42fc2dd67044" targetNamespace="http://schemas.microsoft.com/office/2006/metadata/properties" ma:root="true" ma:fieldsID="42416d77f647623db7fdf161f915fcee" ns2:_="" ns3:_="">
    <xsd:import namespace="99e79d97-eb42-4dee-b055-4627768cdc68"/>
    <xsd:import namespace="17da397c-0260-456f-887a-42fc2dd670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e79d97-eb42-4dee-b055-4627768cdc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d859a6a-7906-4166-a2c7-d374d1eee0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da397c-0260-456f-887a-42fc2dd6704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cf82ec7-ce46-4675-85da-c300e315f65e}" ma:internalName="TaxCatchAll" ma:showField="CatchAllData" ma:web="17da397c-0260-456f-887a-42fc2dd670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e79d97-eb42-4dee-b055-4627768cdc68">
      <Terms xmlns="http://schemas.microsoft.com/office/infopath/2007/PartnerControls"/>
    </lcf76f155ced4ddcb4097134ff3c332f>
    <TaxCatchAll xmlns="17da397c-0260-456f-887a-42fc2dd67044" xsi:nil="true"/>
  </documentManagement>
</p:properties>
</file>

<file path=customXml/itemProps1.xml><?xml version="1.0" encoding="utf-8"?>
<ds:datastoreItem xmlns:ds="http://schemas.openxmlformats.org/officeDocument/2006/customXml" ds:itemID="{6AB48A9A-E463-4302-A73B-204D596799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E82B0F-1030-4C15-B315-8B50BC4B72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e79d97-eb42-4dee-b055-4627768cdc68"/>
    <ds:schemaRef ds:uri="17da397c-0260-456f-887a-42fc2dd670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50DA6DE-6797-4DD8-AF48-61622AACE491}">
  <ds:schemaRefs>
    <ds:schemaRef ds:uri="http://schemas.microsoft.com/office/2006/metadata/properties"/>
    <ds:schemaRef ds:uri="http://schemas.microsoft.com/office/infopath/2007/PartnerControls"/>
    <ds:schemaRef ds:uri="99e79d97-eb42-4dee-b055-4627768cdc68"/>
    <ds:schemaRef ds:uri="17da397c-0260-456f-887a-42fc2dd6704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767</Characters>
  <DocSecurity>0</DocSecurity>
  <Lines>39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2026-09-17T12:04:00Z</dcterms:created>
  <dcterms:modified xsi:type="dcterms:W3CDTF">2026-09-17T12:04:00Z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0x010100D1DBAC7DBDA3BE48B4A4493C778910F3</vt:lpwstr>
  </property>
  <property fmtid="{D5CDD505-2E9C-101B-9397-08002B2CF9AE}" pid="3" name="MediaServiceImageTags">
    <vt:lpwstr/>
  </property>
</Properties>
</file>